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לשוק!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הקשור לשוק ולקניות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עצם ושם תואר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ומשפטים של מיקוח וקנייה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גברת עולה לאוטובוס עם סלים מלאים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דברים שקונים 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כמה זה עולה?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דוכן הוא שולחן קטן בשוק שמוכרים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שקל הוא המטבע הישראלי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עגבניה היא ירק אדום, תפוז הוא הפרי הכתום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נכון, ביחידה למדנו להתמקח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עגבנייה היא מילה בנקבה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לדברים שקונים)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(מטבע ישראלי)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(שולחן קטן בשוק)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(ירק 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(פרי כתום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(עולה הרבה כסף)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ממיינים - פרי או ירק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(ירק)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דיאלוג הכולל: ברכת שלום, שאלה 'מה אתה רוצה לקנות?', תשובה עם שם מוצר, שאלה 'כמה זה עולה?', תשובת מחיר, וניסיון מיקוח בנימוס.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משפטים עם התאמה נכונה של שם עצם ותואר, למשל 'יש לי עגבנייה אדומה ותפוז מתוק'.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לפחות שתי מילים מאוצר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שיקר=הרבה כסף, זול=מעט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הכולל התאמה נכונה של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בהאזנה לשיר ולבקש מהתלמידים לסמן מילים מהרשימה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משחק תפקידים בכיתה - מוכר וקונה - לפני כתיבת הדיאלוג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באוצר המילים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לשוק!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על שיר הומוריסטי על גברת עם סלים מלאים, ונצא ל'שוק' דמיוני בכיתה - נלמד מאכלים, צבעים וטעמים, ונתרגל איך שואלים כמה דברים עולים.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בשיר 'גברת עם סלים'?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גברת עולה לאוטובוס עם סלים מלאים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הולך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משחק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נוסעת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אפשר לקנות עגבניות וטפוזים?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שמים בתוך הסל?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דברים שקונים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מתאימה למחיר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השאלה הנכונה כששואלים על 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שלומך?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דוכן הוא מקום שבו יושבים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שקל הוא הכסף שמשתמשים בו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עגבניה היא פרי כתום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להתמקח בשוק על המחיר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'מתוקה' מתאימה לעגבנייה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כמה __________ התפוזים?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העגבניה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בסל יש __________ וגזר.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זה __________ מדי! אולי פחות?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תפוז אחד עולה חמישה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אני רוצה לקנות עגבנייה __________ אחת.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ותמונה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ירק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עולה הרבה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לדברים שקונים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שולחן קטן בשוק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מטבע ישראלי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פרי כתום ומתוק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ממיינים - פרי או ירק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מלפפון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דיאלוג קצר בין מוכר או מוכרת לקונה בשוק. תארו מה הקונה רוצה לקנות, כמה זה עולה, ונסו להתמקח בכבוד.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בשלוש-ארבע משפטים מה יש בסל הקניות שלכם ולמה בחרתם את 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ביחידה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'יקר' ל'זול'?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'עולה'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לשוק!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