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לשוק!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הקשור לשוק ולקניות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עצם ושם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ומשפטים של מיקוח וקנייה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גברת עולה לאוטובוס עם סלים מלאים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דברים שקונים בשוק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דוכן הוא שולחן קטן בשוק שמוכרים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שקל הוא המטבע הישראלי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לדברים שקונים)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(מטבע ישראלי)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(שולחן קטן בשוק)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(ירק אדום)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ממיינים - פרי או ירק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(ירק)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דיאלוג הכולל: ברכת שלום, שאלה 'מה אתה רוצה לקנות?', תשובה עם שם מוצר, שאלה 'כמה זה עולה?', תשובת מחיר, וניסיון מיקוח בנימוס.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לפחות שתי מילים מאוצר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שיקר=הרבה כסף, זול=מעט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התאמה נכונה של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לשיר ולבקש מהתלמידים לסמן מילים מהרשימה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משחק תפקידים בכיתה - מוכר וקונה - לפני כתיבת הדיאלוג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באוצר המילים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לשוק!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על שיר הומוריסטי על גברת עם סלים מלאים, ונצא ל'שוק' דמיוני בכיתה - נלמד מאכלים, צבעים וטעמים, ונתרגל איך שואלים כמה דברים עולים.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תפוחים  ·  עולים  ·  אדומה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בשיר 'גברת עם סלים'?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גברת עולה לאוטובוס עם סלים 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איש הולך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 משחק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אפשר לקנות עגבניות וטפוזים?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שמים בתוך הסל?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דברים שקונים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בגדים ישנים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דוכן הוא מקום שבו יושבים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שקל הוא הכסף שמשתמשים בו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כמה __________ התפוזים?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העגבניה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בסל יש __________ וגזר.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מילה ותמונה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שולחן קטן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ירק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לדברים שקונים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מטבע ישראלי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ממיינים - פרי או ירק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ענבים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מלפפון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דיאלוג קצר בין מוכר או מוכרת לקונה בשוק. תארו מה הקונה רוצה לקנות, כמה זה עולה, ונסו להתמקח בכבוד.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ביחידה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'יקר' ל'זול'?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לשוק!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